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Hoja de Vida</w:t>
      </w:r>
    </w:p>
    <w:p>
      <w:pPr>
        <w:pStyle w:val="Heading2"/>
      </w:pPr>
      <w:r>
        <w:t>Información Personal</w:t>
      </w:r>
    </w:p>
    <w:p>
      <w:r>
        <w:t>Nombre: Sean Paul Barragán Ortiz</w:t>
      </w:r>
    </w:p>
    <w:p>
      <w:r>
        <w:t>Número de identificación: 1069643712</w:t>
      </w:r>
    </w:p>
    <w:p>
      <w:r>
        <w:t>Fecha de nacimiento: 22 de septiembre de 2007</w:t>
      </w:r>
    </w:p>
    <w:p>
      <w:r>
        <w:t>Estado civil: Soltero</w:t>
      </w:r>
    </w:p>
    <w:p>
      <w:r>
        <w:t>Nacionalidad: Colombiano</w:t>
      </w:r>
    </w:p>
    <w:p>
      <w:r>
        <w:t>Dirección: Carrera 3 Este # 2-38 Mirador de la Arboleda Bloque 3</w:t>
      </w:r>
    </w:p>
    <w:p>
      <w:r>
        <w:t>Teléfono: 3112243048</w:t>
      </w:r>
    </w:p>
    <w:p>
      <w:r>
        <w:t>Correo electrónico: seanbarragan7@gmail.com</w:t>
      </w:r>
    </w:p>
    <w:p>
      <w:pPr>
        <w:pStyle w:val="Heading2"/>
      </w:pPr>
      <w:r>
        <w:t>Perfil</w:t>
      </w:r>
    </w:p>
    <w:p>
      <w:r>
        <w:t>Hola, me presento. Mi nombre es Sean Paul Barragán Ortiz. En este momento hago parte del grupo élite del IDRF y del grupo élite de la Fundación Okuepa Recreando Sociedad. Básicamente, mi cargo en el IDRF es participar en ciertas actividades con temas logísticos o apoyos en ciertas actividades, dando capacitaciones en diferentes modalidades. En la Fundación Okuepa Recreando Sociedad, mi cargo es ser coordinador de servicio social y también prestar mi servicio para la sociedad en eventos o actividades de embellecimiento hacia el municipio. En el servicio social, capacito a los jóvenes en temas de primeros auxilios, campamentos, pionerismo, rumba y actividades recreativas. Además, trabajo como recreador en eventos como baby showers, fiestas infantiles, vacaciones recreativas, etc., haciendo pintucaritas, rumba y zumba, y recreación dirigida para diferentes públicos.</w:t>
      </w:r>
    </w:p>
    <w:p>
      <w:pPr>
        <w:pStyle w:val="Heading2"/>
      </w:pPr>
      <w:r>
        <w:t>Experiencia</w:t>
      </w:r>
    </w:p>
    <w:p>
      <w:r>
        <w:t>• Grupo élite del IDRF: Participación en actividades logísticas, apoyo en eventos y capacitaciones en diversas modalidades.</w:t>
      </w:r>
    </w:p>
    <w:p>
      <w:r>
        <w:t>• Fundación Okuepa Recreando Sociedad: Coordinador de servicio social, capacitador en primeros auxilios, campamentos, pionerismo, rumba y actividades recreativas. Organización de actividades de embellecimiento para el municipio.</w:t>
      </w:r>
    </w:p>
    <w:p>
      <w:r>
        <w:t>• Recreador: Trabajo en eventos como baby showers, fiestas infantiles y vacaciones recreativas, incluyendo pintucaritas, rumba, zumba y recreación dirigida.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